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الدولة السليمانية والامارات العلوية في المغرب الاوسط:173-342ه/789-954م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بهلولي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9789931374008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