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براءة الاشعريين من عقائد المخالفين ج1+ج2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العربي التباني/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9789931384076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