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مدونة نازلة يهود توات الامام محمد بن عبد الكريم المغيلي التلمساني مناقب واثار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مقدم مبروك/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9789947927526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