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مدونة الفقه النوازلي الامام محمد بن عبد الكريم المغيلي التلمساني مناقب واثار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مقدم مبروك/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وزارة الشؤون الدينية و الاوقاف/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9789947927502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