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نظام المعلومات المحاسبية في تحسين الأداء المالي : دراة حالة مؤسسة سوناريك (2012-2015)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بولفراخ منوبة/ محمد بوطلاعة (رئيسا) ,فرحات سليمان زواري (مناقشا) ,ربيع قرين (ربيع قرين)/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الأداء المالي/ نظام المعلومات/ نظام المعلومات المحاسبية/ تقييم الأداء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