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خدمات النقل الجوي على رضا العملاء : دراسة حالة عينة زبائن شركة الخطوط الجوية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بوحنة آية/ بولصباع محمود(رئيسا),حريز هشام  (مناقشا),زيد جابر 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رضا العميل/ جودة الخدمة/ خدمات النقل الجوي/ الخطوط الجوية الجزائرية/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