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التنمية الإقتصادية تجربة 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ديبي إبتسام/ فطيمة ساسي (رئيسا) ,سعاد صديقي (مناقشا) ,رامي حريد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التجربة الماليزية/ الصكوك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