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Thème sur la synchronisation de deux systèmes chaotiques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Laib Hayet/ N.Hamri président,M.S.Abdelouaheb Rapporteur; S.Kaouache M.A.A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chaos/ Systèmes dynamiques/ Systèmes chaotiques/ Synchronisation identique/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