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 théorème de hille-yosida et ses applications aux problèmes d'évoution semi-linéaires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Benmerzoug Nour El Houda/ ,Mme Fadel Wahida Président ; Mme Sekhane Chafika Rapporteur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ed.1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43p.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51037611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Equation de la chaleur/ opérateur/ Le théorème de Hille-Yosida/ Problèmes d’évolution/ Semi-linéaire/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