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l'estimateur de quasi maximmum de vraisenblance laplace pour le processus aparch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Boukedjani Roqiya/ Hadj Ali Toria Président; Labeid Boudjamaa Rapporteur,Boularouk Yakoub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57.p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