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théorie systèmes dynamiques discrets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Djenhi Roukia/ Boufelgha Nabila Président ; Meskine Habiba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chaotique/ Système dynamique/ Stabilité/ Bifurcation/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