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de vogel et modifiée pour la résolution du problème de transport simple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Boulhalla merieme/ Meskin Habiba Président ; Fadel Wahida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linéaire/ problème de transport classique/ la méthode de Vogel/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