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du systéme d'épuration par lagnageaéré ( ferdjioua à mila)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Chefrag djamila/ MEHELLOU Ahmed Président,YAHIAOUI Khemissi Promoteur,BENCHAIBA Leila 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62713011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les eaux usées/ Procédés d’épuration des eaux usées/ Matériels et méthode/ Dimensionnement de la station d’épuration par lagunage aéré/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