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microfaune de boue activée:station d'épuration des eaux usées de sidi merouane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Bouchair khadidja/ Boubendir Abdehafid Président,Djeddi Hamsa Examinateur,Harreiche Ouahiba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Identification/ boue activée/ STEP de Sidi Merouane/ microfaune/ protozoaires et métazoaires/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