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l'activité antiozydante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Belmerabet amina/ BOUASSABA Karima Présidente; HIMOUR Sara Examinateur,TALHI Fahima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antioxydante/ lantana camara L/ FRAP/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