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Distrubution et flux de l'azote , du phosphore et du silicium à l'embouchure d'oued kebir -rhumel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Bechgaoui noureddine/ BOUZEGAG Abdelaziz Président,BOUNAMOUS Azzeddine Examinateur; BOUCHAREB Noureddine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flux/ phosphate/ bassin versant/ azote/ silicium/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