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Bouadam nassima/ TALHI Fahima Encadreur,HIMOUR Sara Président,.BOUASSABA Karim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antioxydante/ plante médicinale/ lantana camara/ test de DPPH/ phosphomolybdate/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