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biologique des eaux de barrage beni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Bouhanane sihem/ DJEDDI Hamssa Présidente,BOUCHKRITE Moufida Examinatrice,KHRIEF NSaliha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Qualité biologique/ mila/ eau potable/ physico-chimique/ coliformes/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