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 'estimateur de quasi maximum de vraisemblance laplace pour le processus grach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Bouchouk Hadda/ Hadj Ali Thoria Président; Boularouk Yakoub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 chronologique/ processus stochastique/ Stationnarité/ bruit blanc/ processus GARCH/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