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Rakib : applications mobiles pour le suivi des eléves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Bendas Mohamed Amin/ Nadir BOUKHCHAM Président; Nardjes BOUCHEMAL Rapporteur/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langage de modélisation UML/ l'enseignement en algérie/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