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implémentation d'une base de données distribuée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Alimoussa ikram/ benabderrahmane fatiha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Généralités sur les bases de données réparties/ Conception d’une base de données répartie/ capture des besoin fonctionnelle et technique/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