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الأبعاد التعليمية في كتابات البشير الإبراهيمي '' الديوان أنموذجا''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بلهدري أحلام/ بلطرش سعاد/ مزلي سليمة/ كراد موسى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800145911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التربية/ البشير الابراهيمي/ مفهوم البعد/ مفهوم التعليم و التعلم/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