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الأصوات في كتاب اللغة العربية السنة الأولى إبتدائي الجيل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دحمان نجلاء/ دراجي الهام/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مفهوم الصوت/ أنواع الصوت/ الأصوات الصائتة/ تعليمية الأصوات/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