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الزمن النحوي والزمن الصرفي قراءة وصفية لكتاب اللغة العربية معناها ومبناها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ريحان حواء/ حاج خلوف ابتسام*/ بعزيز بثينة/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الزمن/ علم الصرف/ تمام حسان/ مفهوم الجهة/ علم النحو/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