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الجملة الخبرية في القرآن الكريم وأثرها في المعنى سورة القصص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محبوبي هاجر/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800146611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الإسناد/ الجملة الخبرية/ سورة القصص/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