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سيميائيات اللون وأثرها في تعلم أصوات اللغة العربية 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كروش أحلام/ مزهود شهرزاد/ معمر زينب/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اللون/ الصوت/ السيمياء/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