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قراءة في كتاب منهج البحث اللغوي بين التراث وعلم اللغة الحديث لعلي زوين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بومهراس مريم/ قلقول صليحة/ رحماني عبد المؤمن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مفهوم المنهج/ أنواع المناهج/ المناهج اللغوية/ مفهوم اللغة/ مفهوم علم اللغة/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