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الحوارية في نصوص القراءة الموجهة لتلاميذ السنة الثالثة إبتدائي  كتاب اللغة العربية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نويقس عفاف/ خنفري شهرة/ كوسة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الحوار/ مفهوم النص/ البنية الحوارية/ أنماط الحوار/ النصوص الموجهة/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