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الحقول الدلالية في معلقة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بوكريعة أسماء/ بوقرة ريمة/ عشبي أميرة/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عنترة بن شداد/ نظرية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