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الإنزياح التركيبي في سورة الحاقة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أمينة/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الانزياح/ الانزياح التركيبي/ سورة الحاقة/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