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وصفية في كتاب تجديد النحو لشوقي ضيف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أميرة/ بيوض صبرينة/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التجديد/ الاصلاح/ التيسير/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