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واع الهوية وصور الإغتراب في رواية ساق بامبو مقارب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اعد حسينة/ بن ساعد نوال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وية/ الاغت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