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الحقول الدلالية في قصيدة فلسطين إنا أجبنا لأحمد سحنون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مدوري حليمة/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نظرية الحقول الدلالية/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