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علم الصرف عند فاضل صالح السامرائي قراءة وصفية لكتاب معاني الأبنية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بركة أميرة/ بوكحول حنان/ غربي خيرية/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 و التصريف/ فاضل صالح السامرائي/ أبنية المصادر و دلالتها/ أبنية المشتقات و دلالتها/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