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أنا المهدي المنتظر لعبد الله عيسى لحيلح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لرقط خديجة/ دومة مريم/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اتجاهات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