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الإشهاري التجاري في المحيط العمراني لمدينة ميلة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حملاوي أميرة/ عزيزي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التداولية/ الإشهار/ الخطاب الإشهاري/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