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اللغوي للخطاب الشعري في ديوان عطر المحبة للشاعر سليم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كنيزة إيمان/ منور فطيمة/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البنية التركيبية/ البنية الصوتية/ الحقول الدلالية/ دلالة العناوين/ البنية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