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الفعل الثلاثي في سورة الكهف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رويبح سعيدة/ شبطة سعيدة/ بلخيري صبيحة/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الفعل/ سورة الكهف/ أقسام الفعل/ الفعل الثلاثي/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