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الزيادة والحذف في القرآن الكريم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بوفراد أميرة/ لعويرة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الحذف/ سورة النساء/ الزيادة/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