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اللسانية لعربية القرآن دراسة وصفية لكتاب كمال اللغة القرآنية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بوطبية آمال/ ناموس بسمة/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القرآن الكريم/ البنية النحوية/ البنيوية اللغوية/ إعجاز النظم القرآني/ الإعجاز اللفظي/ الإعجاز التركيبي/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