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ربة بالكفاءات في تثبيث الملكة اللغوية لدى تلاميذ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زينة/ عزري خلود/ بوسعيد ا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ساليب التدريس/ الملكة اللغوية/ المقاربة بالكفاء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