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الروائي الحمر لـ صالح خباشة دراسة موضوعية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لامية خالد/ ساطور حسينة/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اللغة/ الصورة الشعرية/ الأسلوب/ المدح/ الرثاء/ شعر الثورة/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