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مهارتي الإستماع والتعبير في السنة الرابعة من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نمول سيليا/ بن ناصر مريم/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التعبير/ الأناشيد/ المحفوظات/ المهارة/ الإستماع/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