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الإيحائية في قصيدة من وحي المنفى لأحمد شوقي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ناصر بسمة/ مزهود سمية/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الدلالة الإيحائية/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