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في ديوان '' إرتعاش المرايا لـ 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مهرة وفاء/ بلغليفي صفاء/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القرآن الكريم/ التناص/ النقد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