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simulation de propagation de feux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Lebloub Naziha/ Sadek BENHAMMADA Promoteur,Mourad GUETTICHE Président,Adel BOURIDAH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simulation/ Automates cellulaires/ Feux de foret/ Test du modèle/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