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d'outils d'exploitation de la cartographie en ligne (google maps) pour la gestion du cadastre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Azizi djamel eddine/ Bencheikh Lehoucine Madjed Président; Abderrahim DIB Rapporteur,Salim DJABOUB 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00429211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du cadastre/ Google maps APIs/ plan cadastral/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