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 la station d'epuration des eaux usees de la ville de bougherdaine commune de amira arees (wilaya de 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Boudraa lotfi/ MOUSSOUNI ABDERZAK Président; BENCHAIBA LEILA Promoteur/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de l'eau/ eaux usées/ La commune D'AMIRA ARRES/ epuration des eaux usées/ des boues/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