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جمالية الوصف في سيرة لقبش لعياش يحياوي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سجال وسام/ توامة عاشور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800155911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الجمالية/ الوصف/ السيرة/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