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الإستعارة وجدل التمثيل بدر شاكر السياب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مسية زينب/ شعيب سلمى/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الصورة الشعرية/ الإستعارة/ النظرية الأرسطية/ الأيقونة/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